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A2A4A"/>
          <w:sz w:val="40"/>
        </w:rPr>
        <w:t>システム刷新・サーバリプレース</w:t>
        <w:br/>
        <w:t>提案依頼書（RFP）テンプレート</w:t>
      </w:r>
    </w:p>
    <w:p>
      <w:pPr>
        <w:jc w:val="center"/>
      </w:pPr>
      <w:r>
        <w:rPr>
          <w:color w:val="5B6B7B"/>
          <w:sz w:val="21"/>
        </w:rPr>
        <w:t>老朽化・EOL対応／基幹システムの刷新・サーバリプレースのための提案依頼書ひな形</w:t>
      </w:r>
    </w:p>
    <w:p/>
    <w:p>
      <w:r>
        <w:rPr>
          <w:b/>
          <w:color w:val="0046B8"/>
          <w:sz w:val="22"/>
        </w:rPr>
        <w:t>このテンプレートの使い方</w:t>
      </w:r>
    </w:p>
    <w:p>
      <w:r>
        <w:rPr>
          <w:sz w:val="19"/>
        </w:rPr>
        <w:t>・【　】の箇所を、自社の状況に合わせて書き換えてください。</w:t>
      </w:r>
    </w:p>
    <w:p>
      <w:r>
        <w:rPr>
          <w:sz w:val="19"/>
        </w:rPr>
        <w:t>・各項目の「▶ 記入のヒント」を参考に、分かる範囲で埋めれば十分です。</w:t>
      </w:r>
    </w:p>
    <w:p>
      <w:r>
        <w:rPr>
          <w:sz w:val="19"/>
        </w:rPr>
        <w:t>・難しい項目・決まっていない項目は空欄のまま、開発会社と相談して詰めても構いません。</w:t>
      </w:r>
    </w:p>
    <w:p>
      <w:r>
        <w:rPr>
          <w:sz w:val="19"/>
        </w:rPr>
        <w:t>・不要な項目は削除し、必要な項目は追加してご利用ください。</w:t>
      </w:r>
    </w:p>
    <w:p/>
    <w:p>
      <w:r>
        <w:rPr>
          <w:b/>
          <w:sz w:val="20"/>
        </w:rPr>
        <w:t>発注者（会社名）：</w:t>
      </w:r>
      <w:r>
        <w:t>【　　　　　　　　　　　】</w:t>
      </w:r>
    </w:p>
    <w:p>
      <w:r>
        <w:rPr>
          <w:b/>
          <w:sz w:val="20"/>
        </w:rPr>
        <w:t>作成日：</w:t>
      </w:r>
      <w:r>
        <w:t>【　　　　　　　　　　　】</w:t>
      </w:r>
    </w:p>
    <w:p>
      <w:r>
        <w:rPr>
          <w:b/>
          <w:sz w:val="20"/>
        </w:rPr>
        <w:t>文書番号：</w:t>
      </w:r>
      <w:r>
        <w:t>【　　　　　　　　　　　】</w:t>
      </w:r>
    </w:p>
    <w:p>
      <w:r>
        <w:rPr>
          <w:b/>
          <w:sz w:val="20"/>
        </w:rPr>
        <w:t>本件の問い合わせ窓口：</w:t>
      </w:r>
      <w:r>
        <w:t>【　　　　　　　　　　　】</w:t>
      </w:r>
    </w:p>
    <w:p>
      <w:r>
        <w:br w:type="page"/>
      </w:r>
    </w:p>
    <w:p>
      <w:r>
        <w:rPr>
          <w:b/>
          <w:color w:val="0046B8"/>
          <w:sz w:val="28"/>
        </w:rPr>
        <w:t>1. 提案依頼概要</w:t>
      </w:r>
    </w:p>
    <w:p>
      <w:r>
        <w:rPr>
          <w:i/>
          <w:color w:val="5B6B7B"/>
          <w:sz w:val="18"/>
        </w:rPr>
        <w:t>▶ 記入のヒント： このプロジェクトの全体像（背景・目的・課題・会社概要・予算）を、ベンダーが最初に読んで概要を掴めるように書きます。</w:t>
      </w:r>
    </w:p>
    <w:p>
      <w:r>
        <w:rPr>
          <w:b/>
          <w:color w:val="0A2A4A"/>
          <w:sz w:val="24"/>
        </w:rPr>
        <w:t>1-1. 背景（なぜ刷新するのか）</w:t>
      </w:r>
    </w:p>
    <w:p>
      <w:r>
        <w:rPr>
          <w:i/>
          <w:color w:val="5B6B7B"/>
          <w:sz w:val="18"/>
        </w:rPr>
        <w:t>▶ 記入のヒント： 老朽化・サーバやOSのEOL（サポート終了）・拡張の限界・クラウド化・テレワーク対応など、刷新に至った経緯を書きます。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1-2. 目的</w:t>
      </w:r>
    </w:p>
    <w:p>
      <w:r>
        <w:rPr>
          <w:i/>
          <w:color w:val="5B6B7B"/>
          <w:sz w:val="18"/>
        </w:rPr>
        <w:t>▶ 記入のヒント： 刷新によって達成したいことを箇条書きで。例：EOL機器からの脱却／クラウド移行／データの一元管理／可用性の向上。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1-3. 現行システムの課題と解決イメージ</w:t>
      </w:r>
    </w:p>
    <w:p>
      <w:r>
        <w:rPr>
          <w:i/>
          <w:color w:val="5B6B7B"/>
          <w:sz w:val="18"/>
        </w:rPr>
        <w:t>▶ 記入のヒント： いま困っていることと、刷新後にどうなっていたいか（できれば定量的に）。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1-4. 現行システムの構成（現行→新構成）</w:t>
      </w:r>
    </w:p>
    <w:p>
      <w:r>
        <w:rPr>
          <w:i/>
          <w:color w:val="5B6B7B"/>
          <w:sz w:val="18"/>
        </w:rPr>
        <w:t>▶ 記入のヒント： サーバー・OS・ミドルウェア・ネットワークの現状と、EOLを迎えている要素を棚卸し。新構成の希望（オンプレ→クラウド等）があれば記載。あわせて、現行システムの仕様書・設計資料・ソースコードの有無と、ベンダーに開示できる範囲も書いておくと、提案・見積の精度が上がります（資料が残っていない・中身が分からない場合はその旨を記載）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1-5. 会社概要</w:t>
      </w:r>
    </w:p>
    <w:p>
      <w:r>
        <w:rPr>
          <w:i/>
          <w:color w:val="5B6B7B"/>
          <w:sz w:val="18"/>
        </w:rPr>
        <w:t>▶ 記入のヒント： 会社名・所在地・業種・事業内容・年商・従業員数など。組織図があれば別紙添付。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1-6. 新しいシステムの利用者</w:t>
      </w:r>
    </w:p>
    <w:p>
      <w:r>
        <w:rPr>
          <w:i/>
          <w:color w:val="5B6B7B"/>
          <w:sz w:val="18"/>
        </w:rPr>
        <w:t>▶ 記入のヒント： 利用部門・利用人数・利用場所（社内／在宅など）。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1-7. 想定予算</w:t>
      </w:r>
    </w:p>
    <w:p>
      <w:r>
        <w:rPr>
          <w:i/>
          <w:color w:val="5B6B7B"/>
          <w:sz w:val="18"/>
        </w:rPr>
        <w:t>▶ 記入のヒント： 決まっていれば概算予算を。未定の場合は『提案の妥当性を見て予算化する』と書いても構いません。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br w:type="page"/>
      </w:r>
    </w:p>
    <w:p>
      <w:r>
        <w:rPr>
          <w:b/>
          <w:color w:val="0046B8"/>
          <w:sz w:val="28"/>
        </w:rPr>
        <w:t>2. 提案依頼手続き</w:t>
      </w:r>
    </w:p>
    <w:p>
      <w:r>
        <w:rPr>
          <w:i/>
          <w:color w:val="5B6B7B"/>
          <w:sz w:val="18"/>
        </w:rPr>
        <w:t>▶ 記入のヒント： ベンダーに提案してもらうためのスケジュール・条件・窓口を伝えます。</w:t>
      </w:r>
    </w:p>
    <w:p>
      <w:r>
        <w:rPr>
          <w:b/>
          <w:color w:val="0A2A4A"/>
          <w:sz w:val="24"/>
        </w:rPr>
        <w:t>2-1. スケジュール</w:t>
      </w:r>
    </w:p>
    <w:p>
      <w:r>
        <w:rPr>
          <w:i/>
          <w:color w:val="5B6B7B"/>
          <w:sz w:val="18"/>
        </w:rPr>
        <w:t>▶ 記入のヒント： 質疑応答期間／提案書の提出期限（必着）／採否連絡の予定日／（採用時）プレゼン日程 などを記載。</w:t>
      </w:r>
    </w:p>
    <w:p>
      <w:pPr>
        <w:pStyle w:val="ListBullet"/>
      </w:pPr>
      <w:r>
        <w:rPr>
          <w:sz w:val="20"/>
        </w:rPr>
        <w:t>質疑応答（Q&amp;A）期間：【　】</w:t>
      </w:r>
    </w:p>
    <w:p>
      <w:pPr>
        <w:pStyle w:val="ListBullet"/>
      </w:pPr>
      <w:r>
        <w:rPr>
          <w:sz w:val="20"/>
        </w:rPr>
        <w:t>提案書の提出期限：【　】</w:t>
      </w:r>
    </w:p>
    <w:p>
      <w:pPr>
        <w:pStyle w:val="ListBullet"/>
      </w:pPr>
      <w:r>
        <w:rPr>
          <w:sz w:val="20"/>
        </w:rPr>
        <w:t>提案書の提出方法：【郵送／持参／電子データ　】</w:t>
      </w:r>
    </w:p>
    <w:p>
      <w:pPr>
        <w:pStyle w:val="ListBullet"/>
      </w:pPr>
      <w:r>
        <w:rPr>
          <w:sz w:val="20"/>
        </w:rPr>
        <w:t>採否連絡の予定：【　】</w:t>
      </w:r>
    </w:p>
    <w:p>
      <w:r>
        <w:rPr>
          <w:b/>
          <w:color w:val="0A2A4A"/>
          <w:sz w:val="24"/>
        </w:rPr>
        <w:t>2-2. 参加資格条件</w:t>
      </w:r>
    </w:p>
    <w:p>
      <w:r>
        <w:rPr>
          <w:i/>
          <w:color w:val="5B6B7B"/>
          <w:sz w:val="18"/>
        </w:rPr>
        <w:t>▶ 記入のヒント： 提案に参加してもらう条件（例：有資格者の参画／プロジェクトリーダーのプレゼン参加／PマークまたはISMS認証 など）。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2-3. 提案の評価ポイント</w:t>
      </w:r>
    </w:p>
    <w:p>
      <w:r>
        <w:rPr>
          <w:i/>
          <w:color w:val="5B6B7B"/>
          <w:sz w:val="18"/>
        </w:rPr>
        <w:t>▶ 記入のヒント： どのような観点で提案を評価・選定するかを、あらかじめ示しておくと各社の提案の質が揃います。例：機能要求の充足度／移行方式の妥当性／費用／保守・サポート体制／類似案件の実績。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2-4. 秘密保持（NDA）の取り扱い</w:t>
      </w:r>
    </w:p>
    <w:p>
      <w:r>
        <w:rPr>
          <w:i/>
          <w:color w:val="5B6B7B"/>
          <w:sz w:val="18"/>
        </w:rPr>
        <w:t>▶ 記入のヒント： 本RFPや開示する現行システムの資料には機密情報が含まれます。秘密保持契約（NDA）の締結を求めるか、取り扱いの条件を記載します。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2-5. 提案依頼書（RFP）に対する対応窓口</w:t>
      </w:r>
    </w:p>
    <w:p>
      <w:r>
        <w:rPr>
          <w:i/>
          <w:color w:val="5B6B7B"/>
          <w:sz w:val="18"/>
        </w:rPr>
        <w:t>▶ 記入のヒント： 担当部署・担当者・連絡先（メール推奨）。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br w:type="page"/>
      </w:r>
    </w:p>
    <w:p>
      <w:r>
        <w:rPr>
          <w:b/>
          <w:color w:val="0046B8"/>
          <w:sz w:val="28"/>
        </w:rPr>
        <w:t>3. 提案依頼内容</w:t>
      </w:r>
    </w:p>
    <w:p>
      <w:r>
        <w:rPr>
          <w:i/>
          <w:color w:val="5B6B7B"/>
          <w:sz w:val="18"/>
        </w:rPr>
        <w:t>▶ 記入のヒント： ベンダーに提案してほしい内容と範囲を伝えます。難しい部分は無理に書かなくても構いません。</w:t>
      </w:r>
    </w:p>
    <w:p>
      <w:r>
        <w:rPr>
          <w:b/>
          <w:color w:val="0A2A4A"/>
          <w:sz w:val="24"/>
        </w:rPr>
        <w:t>3-1. 提案の範囲</w:t>
      </w:r>
    </w:p>
    <w:p>
      <w:r>
        <w:rPr>
          <w:i/>
          <w:color w:val="5B6B7B"/>
          <w:sz w:val="18"/>
        </w:rPr>
        <w:t>▶ 記入のヒント： どこまでを依頼するか。例：仕様書作成／設計・開発／本番移行／研修／保守運用。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3-2. システム構成</w:t>
      </w:r>
    </w:p>
    <w:p>
      <w:r>
        <w:rPr>
          <w:i/>
          <w:color w:val="5B6B7B"/>
          <w:sz w:val="18"/>
        </w:rPr>
        <w:t>▶ 記入のヒント： 必要な機能・性能を満たす構成の提案を依頼。機器スペックの明示を求める場合はその旨を記載。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3-3. 機能要求</w:t>
      </w:r>
    </w:p>
    <w:p>
      <w:r>
        <w:rPr>
          <w:i/>
          <w:color w:val="5B6B7B"/>
          <w:sz w:val="18"/>
        </w:rPr>
        <w:t>▶ 記入のヒント： 必要な機能要件を列挙（別紙『機能要求一覧』にまとめても可）。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3-4. 非機能要求</w:t>
      </w:r>
    </w:p>
    <w:p>
      <w:r>
        <w:rPr>
          <w:i/>
          <w:color w:val="5B6B7B"/>
          <w:sz w:val="18"/>
        </w:rPr>
        <w:t>▶ 記入のヒント： 性能・可用性・セキュリティ・保守運用など。例：表示速度／監視／バックアップ／権限管理。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3-5. 設計・開発・テスト要求</w:t>
      </w:r>
    </w:p>
    <w:p>
      <w:r>
        <w:rPr>
          <w:i/>
          <w:color w:val="5B6B7B"/>
          <w:sz w:val="18"/>
        </w:rPr>
        <w:t>▶ 記入のヒント： 開発プロセス・使用言語やツール・テスト方針など、提案してほしい事項。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046B8"/>
          <w:sz w:val="24"/>
        </w:rPr>
        <w:t>3-6. 移行・データ移行要求（刷新・サーバリプレース特有）</w:t>
      </w:r>
    </w:p>
    <w:p>
      <w:r>
        <w:rPr>
          <w:i/>
          <w:color w:val="5B6B7B"/>
          <w:sz w:val="18"/>
        </w:rPr>
        <w:t>▶ 記入のヒント： 刷新でつまずきやすい最重要ポイント。移行対象データの範囲／データクレンジング／移行方式（並行稼働／一括切替）／移行リハーサル／切替日と切り戻し条件を明示。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3-7. 開発推進体制</w:t>
      </w:r>
    </w:p>
    <w:p>
      <w:r>
        <w:rPr>
          <w:i/>
          <w:color w:val="5B6B7B"/>
          <w:sz w:val="18"/>
        </w:rPr>
        <w:t>▶ 記入のヒント： 自社側の体制（誰が担当か）と、ベンダーに求めるコミュニケーション方法・体制。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3-8. 教育・研修要求</w:t>
      </w:r>
    </w:p>
    <w:p>
      <w:r>
        <w:rPr>
          <w:i/>
          <w:color w:val="5B6B7B"/>
          <w:sz w:val="18"/>
        </w:rPr>
        <w:t>▶ 記入のヒント： 運用開始にあたり必要な教育・研修の内容・時期。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3-9. 納品物</w:t>
      </w:r>
    </w:p>
    <w:p>
      <w:r>
        <w:rPr>
          <w:i/>
          <w:color w:val="5B6B7B"/>
          <w:sz w:val="18"/>
        </w:rPr>
        <w:t>▶ 記入のヒント： 例：設計書／プログラム／マニュアル／テスト計画書・結果報告書／仕様書。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3-10. 納期・スケジュール</w:t>
      </w:r>
    </w:p>
    <w:p>
      <w:r>
        <w:rPr>
          <w:i/>
          <w:color w:val="5B6B7B"/>
          <w:sz w:val="18"/>
        </w:rPr>
        <w:t>▶ 記入のヒント： 本稼働の希望時期、検収までのスケジュール案、納品時期。繁忙期を避けた切替時期も検討。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046B8"/>
          <w:sz w:val="24"/>
        </w:rPr>
        <w:t>3-11. 見積・費用提案</w:t>
      </w:r>
    </w:p>
    <w:p>
      <w:r>
        <w:rPr>
          <w:i/>
          <w:color w:val="5B6B7B"/>
          <w:sz w:val="18"/>
        </w:rPr>
        <w:t>▶ 記入のヒント： 各社を同じ土俵で比較できるよう、費用を提案に含めてもらいます。概算費用の内訳（初期費用／移行費用／月額の保守・運用費用／オプション）と、その前提条件を明示するよう依頼します。導入後のランニングコストも含めて提案してもらうと、総額での比較ができます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br w:type="page"/>
      </w:r>
    </w:p>
    <w:p>
      <w:r>
        <w:rPr>
          <w:b/>
          <w:color w:val="0046B8"/>
          <w:sz w:val="28"/>
        </w:rPr>
        <w:t>4. 契約に関する条件</w:t>
      </w:r>
    </w:p>
    <w:p>
      <w:r>
        <w:rPr>
          <w:i/>
          <w:color w:val="5B6B7B"/>
          <w:sz w:val="18"/>
        </w:rPr>
        <w:t>▶ 記入のヒント： 契約時に確認・取り決めておきたい事項です。専門的な項目は、開発会社と相談しながら決めても構いません。</w:t>
      </w:r>
    </w:p>
    <w:p>
      <w:r>
        <w:rPr>
          <w:b/>
          <w:color w:val="0A2A4A"/>
          <w:sz w:val="24"/>
        </w:rPr>
        <w:t>4-1. 契約形態（請負／準委任）</w:t>
      </w:r>
    </w:p>
    <w:p>
      <w:r>
        <w:rPr>
          <w:i/>
          <w:color w:val="5B6B7B"/>
          <w:sz w:val="18"/>
        </w:rPr>
        <w:t>▶ 記入のヒント： 成果物の完成に責任を持つ「請負」か、業務の遂行に対する「準委任」かで、責任範囲や後述の契約不適合責任の適用が変わります。どちらを想定するか（または相談したい旨）を記載します。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4-2. 保守・運用の範囲</w:t>
      </w:r>
    </w:p>
    <w:p>
      <w:r>
        <w:rPr>
          <w:i/>
          <w:color w:val="5B6B7B"/>
          <w:sz w:val="18"/>
        </w:rPr>
        <w:t>▶ 記入のヒント： 納品後の保守契約の有無と範囲（障害対応・監視・バックアップ・軽微な改修など、どこまでを含めるか）を確認する項目です。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4-3. プログラムの著作権の取り扱い</w:t>
      </w:r>
    </w:p>
    <w:p>
      <w:r>
        <w:rPr>
          <w:i/>
          <w:color w:val="5B6B7B"/>
          <w:sz w:val="18"/>
        </w:rPr>
        <w:t>▶ 記入のヒント： 委託して開発したプログラムの著作権は、取り決めがなければ原則として開発会社側に残ります。成果物の著作権をどちらが持つか、または利用許諾の範囲をどうするかを確認・取り決める項目です。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4-4. 契約不適合責任の取り扱い</w:t>
      </w:r>
    </w:p>
    <w:p>
      <w:r>
        <w:rPr>
          <w:i/>
          <w:color w:val="5B6B7B"/>
          <w:sz w:val="18"/>
        </w:rPr>
        <w:t>▶ 記入のヒント： 納品物が仕様どおりでない場合の対応（いわゆるバグを含む）についての取り決めです。2020年の民法改正で「瑕疵担保責任」から「契約不適合責任」に変わりました。対応の期間・範囲を契約でどう定めるかを確認します（固定の保証期間を前提とせず、取り決め事項として記載）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4-5. サポート時間・時間外の対応</w:t>
      </w:r>
    </w:p>
    <w:p>
      <w:r>
        <w:rPr>
          <w:i/>
          <w:color w:val="5B6B7B"/>
          <w:sz w:val="18"/>
        </w:rPr>
        <w:t>▶ 記入のヒント： 平日日中などのサポート時間と、時間外・緊急時の対応方法・費用を確認する項目です。</w:t>
      </w:r>
    </w:p>
    <w:p>
      <w:r>
        <w:rPr>
          <w:color w:val="999999"/>
        </w:rPr>
        <w:t>【　　　　　　　　　　　　　　　　　　　　　　　　　】</w:t>
      </w:r>
    </w:p>
    <w:p>
      <w:r>
        <w:rPr>
          <w:b/>
          <w:color w:val="0A2A4A"/>
          <w:sz w:val="24"/>
        </w:rPr>
        <w:t>4-6. 検収・支払条件（任意）</w:t>
      </w:r>
    </w:p>
    <w:p>
      <w:r>
        <w:rPr>
          <w:i/>
          <w:color w:val="5B6B7B"/>
          <w:sz w:val="18"/>
        </w:rPr>
        <w:t>▶ 記入のヒント： 検収の方法・基準や、支払いのタイミング（着手金／検収後など）を記載します。決まっていなければ空欄でも構いません。</w:t>
      </w:r>
    </w:p>
    <w:p>
      <w:r>
        <w:rPr>
          <w:color w:val="999999"/>
        </w:rPr>
        <w:t>【　　　　　　　　　　　　　　　　　　　　　　　　　】</w:t>
      </w:r>
    </w:p>
    <w:p/>
    <w:p>
      <w:pPr>
        <w:jc w:val="center"/>
      </w:pPr>
      <w:r>
        <w:rPr>
          <w:color w:val="5B6B7B"/>
          <w:sz w:val="18"/>
        </w:rPr>
        <w:t>― このテンプレートは 株式会社アクシア（axia.co.jp）が無料で提供しています ―</w:t>
      </w:r>
    </w:p>
    <w:p>
      <w:pPr>
        <w:jc w:val="center"/>
      </w:pPr>
      <w:r>
        <w:rPr>
          <w:color w:val="5B6B7B"/>
          <w:sz w:val="18"/>
        </w:rPr>
        <w:t>RFPの作成や、現行システムの可視化（中身が分からない場合のAI解析）でお困りの際は、お気軽にご相談ください。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